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המורשת – חדר 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במורשת ובמסורת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על חגים וסמלים יהודיים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מוחשי למופשט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י.ר.ש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דבר שעובר מדור לדור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שיר ערש הוא דבר מופשט – אי אפשר לגעת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שופר הוא חפץ פיזי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חלה היא מאכל שאפשר לגעת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הברכה עצמה היא רעיון מופשט, גם אם כותבים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מנהג הוא התנהגות חוזרת, לא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סביבון הוא צעצוע פיזי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י.ר.ש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(מופשט)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(מופשט)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– מיון מוחשי ומופשט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 מוחשיים: שופר, חלה, מזוודה, סביבון,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מורשת היא דברים שעוברים מדור לדור, כמו מתכון משפחתי או מנהג 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3 פריטים מוחשיים (חפצים) ו-3 מופשטים (מנהגים, סיפורים, ערכים)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היא מחברת בין דורות ושומרת על זהות וזיכרון 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 – אפשר לגעת בו; מופשט – רעיון או 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שבעה 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דבר שעובר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הדף בקבוצות ולחבר את הספרות לקוד הפתיחה של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להקדים את הדף בדיון קצר על מושג המורשת לפני מילוי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skip_n בגרסה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המורשת – חדר 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התחנות השונות של חדר הבריחה על מורשת: שורשים משותפים, חגים, מנהגים והבחנה בין דברים מוחשיים למופשטים.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המשותף למילים ירושה, מורשת, יורש, הוריש?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י.ר.ש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ר.ש.ה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מ.ו.ר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י.ש.ר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נרות דולקים בחנוכייה בלילה החמישי, כולל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מינים מאגדים יחד בנענוע של סוכות (ללא האתרוג)?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מינים נכללים ב'שבעת המינים'?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אותיות כתובות על הסביבון?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המקורית של המילה 'מורשת'?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שעובר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מאכל מסורתי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ערש הוא דבר מוחשי, כי אפשר לשיר אותו בקול.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שופר הוא חפץ מוחשי, כי אפשר לגעת בו ולראות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חלה היא דבר מוחשי.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ברכה היא דבר מוחשי כי אפשר לכתוב אותה על 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הוא דבר מופשט, כי הוא דרך פעולה ולא חפץ.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סביבון הוא דבר מוחשי.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המילים ירושה, מורשת ויורש שייכות לשורש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בליל החמישי של חנוכה דולקים __________ נרות כולל השמש.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בחג הסוכות מנענעים __________ מינים יחד עם האתרוג.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בט״ו בשבט נוהגים לאכול מ__________ המינים של ארץ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על הסביבון כתובות __________ אותיות.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שיר ערש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מוחשי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– מיון מוחשי ומופשט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מתוך הרשימה: שופר, שיר ערש, חלה, ברכה, מזוודה, סיפור, סביבון, מנהג, תמונה – כמה פריטים הם מוחשיים? כתבו את התשובה ואת שמות הפריטים המוחשיים.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מהי מורשת ותנו דוגמה אחת מהחיים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דוגמאות משלכם למורשת מוחשית ושלוש דוגמאות למורשת מופשטת שעוברות במשפחה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לשמר מורשת גם כשהיא מופשטת (כמו סיפור או מנהג)?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דבר מוחשי לדבר מופשט? תנו דוגמה לכל אחד.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מינים כלולים בשבעת המינים?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'מורשת'?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המורשת – חדר בריחה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