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המורשת –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במורשת ובמסורת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חגים וסמלים יהודיים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מוחשי למופשט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י.ר.ש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שיר ערש הוא דבר מופשט – אי 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שופר הוא חפץ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חלה היא מאכל שאפשר לגעת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י.ר.ש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(מופשט)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מיון מוחשי ומופשט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 מוחשיים: שופר, חלה, מזוודה, סביבון,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חשיבה והרחבה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– אפשר לגעת בו; מופשט – רעיון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שבעה 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בקבוצות ולחבר את הספרות לקוד הפתיחה של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להקדים את הדף בדיון קצר על מושג המורשת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המורשת –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התחנות השונות של חדר הבריחה על מורשת: שורשים משותפים, חגים, מנהגים והבחנה בין דברים מוחשיים למופשטים.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י.ר.ש  ·  שישה  ·  שלושה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המשותף למילים ירושה, מורשת, יורש, הוריש?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י.ר.ש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ר.ש.ה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מ.ו.ר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נרות דולקים בחנוכייה בלילה החמישי,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מינים מאגדים יחד בנענוע של סוכות (ללא האתרוג)?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 ערש הוא דבר מוחשי, כי אפשר לשיר אותו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שופר הוא חפץ מוחשי, כי אפשר לגעת בו ולראות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חלה היא דבר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המילים ירושה, מורשת ויורש שייכות לשורש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בליל החמישי של חנוכה דולקים __________ נרות כולל השמש.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בחג הסוכות מנענעים __________ מינים יחד עם האתרוג.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שיר ערש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– מיון מוחשי ומופשט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מתוך הרשימה: שופר, שיר ערש, חלה, ברכה, מזוודה, סיפור, סביבון, מנהג, תמונה – כמה פריטים הם מוחשיים? כתבו את התשובה ואת שמות הפריטים המוחשיים.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דבר מוחשי לדבר מופשט? תנו דוגמה לכל אחד.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מינים כלולים בשבעת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המורשת – חדר 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